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40736" w14:textId="77777777" w:rsidR="00541B14" w:rsidRPr="00452C28" w:rsidRDefault="0095679D">
      <w:pPr>
        <w:jc w:val="center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44"/>
        </w:rPr>
        <w:t xml:space="preserve">Md. </w:t>
      </w:r>
      <w:proofErr w:type="spellStart"/>
      <w:r w:rsidRPr="00452C28">
        <w:rPr>
          <w:rFonts w:ascii="Times New Roman" w:hAnsi="Times New Roman" w:cs="Times New Roman"/>
          <w:b/>
          <w:sz w:val="44"/>
        </w:rPr>
        <w:t>Masud</w:t>
      </w:r>
      <w:proofErr w:type="spellEnd"/>
      <w:r w:rsidRPr="00452C28">
        <w:rPr>
          <w:rFonts w:ascii="Times New Roman" w:hAnsi="Times New Roman" w:cs="Times New Roman"/>
          <w:b/>
          <w:sz w:val="44"/>
        </w:rPr>
        <w:t xml:space="preserve"> </w:t>
      </w:r>
      <w:proofErr w:type="spellStart"/>
      <w:r w:rsidRPr="00452C28">
        <w:rPr>
          <w:rFonts w:ascii="Times New Roman" w:hAnsi="Times New Roman" w:cs="Times New Roman"/>
          <w:b/>
          <w:sz w:val="44"/>
        </w:rPr>
        <w:t>Rana</w:t>
      </w:r>
      <w:proofErr w:type="spellEnd"/>
    </w:p>
    <w:p w14:paraId="3D856C7F" w14:textId="77777777" w:rsidR="00541B14" w:rsidRPr="00452C28" w:rsidRDefault="0095679D">
      <w:pPr>
        <w:jc w:val="center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1"/>
        </w:rPr>
        <w:t>Lecturer | Physical Education &amp; Sports Science | Researcher</w:t>
      </w:r>
    </w:p>
    <w:p w14:paraId="42A021B9" w14:textId="77777777" w:rsidR="00541B14" w:rsidRPr="00452C28" w:rsidRDefault="0095679D">
      <w:pPr>
        <w:spacing w:after="160"/>
        <w:jc w:val="center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Islamic University, </w:t>
      </w:r>
      <w:proofErr w:type="spellStart"/>
      <w:r w:rsidRPr="00452C28">
        <w:rPr>
          <w:rFonts w:ascii="Times New Roman" w:hAnsi="Times New Roman" w:cs="Times New Roman"/>
        </w:rPr>
        <w:t>Kushtia</w:t>
      </w:r>
      <w:proofErr w:type="spellEnd"/>
      <w:r w:rsidRPr="00452C28">
        <w:rPr>
          <w:rFonts w:ascii="Times New Roman" w:hAnsi="Times New Roman" w:cs="Times New Roman"/>
        </w:rPr>
        <w:t>, Bangladesh  •  +88 01743016331  •  mr150296@gmail.com</w:t>
      </w:r>
    </w:p>
    <w:p w14:paraId="143A8B07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ACADEMIC &amp; RESEARCH PROFILE</w:t>
      </w:r>
    </w:p>
    <w:p w14:paraId="24F456B3" w14:textId="2EB9F949" w:rsidR="00541B14" w:rsidRPr="00452C28" w:rsidRDefault="00677C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Assistant Professor </w:t>
      </w:r>
      <w:r w:rsidR="0095679D" w:rsidRPr="00452C28">
        <w:rPr>
          <w:rFonts w:ascii="Times New Roman" w:hAnsi="Times New Roman" w:cs="Times New Roman"/>
        </w:rPr>
        <w:t xml:space="preserve">in Physical Education and Sports Science with academic training in sports science and research experience in nutritional status, physical fitness, body composition, and basal metabolic rate. </w:t>
      </w:r>
      <w:r w:rsidR="0095679D" w:rsidRPr="00452C28">
        <w:rPr>
          <w:rFonts w:ascii="Times New Roman" w:hAnsi="Times New Roman" w:cs="Times New Roman"/>
          <w:b/>
        </w:rPr>
        <w:t xml:space="preserve">Research interests: </w:t>
      </w:r>
      <w:r w:rsidR="0095679D" w:rsidRPr="00452C28">
        <w:rPr>
          <w:rFonts w:ascii="Times New Roman" w:hAnsi="Times New Roman" w:cs="Times New Roman"/>
        </w:rPr>
        <w:t xml:space="preserve"> </w:t>
      </w:r>
      <w:r w:rsidR="00DF18E5" w:rsidRPr="00DF18E5">
        <w:rPr>
          <w:rFonts w:ascii="Times New Roman" w:hAnsi="Times New Roman" w:cs="Times New Roman"/>
        </w:rPr>
        <w:t>Sports Injury, Sports Medicine, Athletic Rehabilitation, Sports Psychology</w:t>
      </w:r>
      <w:r w:rsidR="0095679D" w:rsidRPr="00452C28">
        <w:rPr>
          <w:rFonts w:ascii="Times New Roman" w:hAnsi="Times New Roman" w:cs="Times New Roman"/>
        </w:rPr>
        <w:t>.</w:t>
      </w:r>
    </w:p>
    <w:p w14:paraId="4CAECB9F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ACADEMIC APPOINTMENTS</w:t>
      </w:r>
    </w:p>
    <w:p w14:paraId="35347AA2" w14:textId="1F9DF797" w:rsidR="00806F29" w:rsidRPr="00452C28" w:rsidRDefault="00806F29" w:rsidP="000447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Assistant Professor</w:t>
      </w:r>
      <w:r w:rsidRPr="00452C28">
        <w:rPr>
          <w:rFonts w:ascii="Times New Roman" w:hAnsi="Times New Roman" w:cs="Times New Roman"/>
          <w:b/>
        </w:rPr>
        <w:t>— Department of Physical Education and Sports Science, Islamic University Bangladesh</w:t>
      </w:r>
      <w:r w:rsidR="000C557A">
        <w:rPr>
          <w:rFonts w:ascii="Times New Roman" w:hAnsi="Times New Roman" w:cs="Times New Roman"/>
          <w:b/>
        </w:rPr>
        <w:t>, Kushtia-7003</w:t>
      </w:r>
      <w:r w:rsidRPr="00452C2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5</w:t>
      </w:r>
      <w:r w:rsidRPr="004824C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Pr="00452C28">
        <w:rPr>
          <w:rFonts w:ascii="Times New Roman" w:hAnsi="Times New Roman" w:cs="Times New Roman"/>
        </w:rPr>
        <w:t>September 202</w:t>
      </w:r>
      <w:r>
        <w:rPr>
          <w:rFonts w:ascii="Times New Roman" w:hAnsi="Times New Roman" w:cs="Times New Roman"/>
        </w:rPr>
        <w:t>6</w:t>
      </w:r>
      <w:r w:rsidRPr="00452C2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Present</w:t>
      </w:r>
    </w:p>
    <w:p w14:paraId="68C66E3F" w14:textId="326AC7BD" w:rsidR="00541B14" w:rsidRPr="00452C28" w:rsidRDefault="0095679D">
      <w:pPr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</w:rPr>
        <w:t>Lecturer — Department of Physical Education and Sports Science, Islamic University</w:t>
      </w:r>
      <w:r w:rsidR="000C557A">
        <w:rPr>
          <w:rFonts w:ascii="Times New Roman" w:hAnsi="Times New Roman" w:cs="Times New Roman"/>
          <w:b/>
        </w:rPr>
        <w:t xml:space="preserve"> </w:t>
      </w:r>
      <w:r w:rsidRPr="00452C28">
        <w:rPr>
          <w:rFonts w:ascii="Times New Roman" w:hAnsi="Times New Roman" w:cs="Times New Roman"/>
          <w:b/>
        </w:rPr>
        <w:t>Bangladesh</w:t>
      </w:r>
      <w:r w:rsidR="000C557A">
        <w:rPr>
          <w:rFonts w:ascii="Times New Roman" w:hAnsi="Times New Roman" w:cs="Times New Roman"/>
          <w:b/>
        </w:rPr>
        <w:t>, Kushtia-7003</w:t>
      </w:r>
      <w:r w:rsidRPr="00452C28">
        <w:rPr>
          <w:rFonts w:ascii="Times New Roman" w:hAnsi="Times New Roman" w:cs="Times New Roman"/>
        </w:rPr>
        <w:br/>
      </w:r>
      <w:r w:rsidR="004824C1">
        <w:rPr>
          <w:rFonts w:ascii="Times New Roman" w:hAnsi="Times New Roman" w:cs="Times New Roman"/>
        </w:rPr>
        <w:t>5</w:t>
      </w:r>
      <w:r w:rsidR="004824C1" w:rsidRPr="004824C1">
        <w:rPr>
          <w:rFonts w:ascii="Times New Roman" w:hAnsi="Times New Roman" w:cs="Times New Roman"/>
          <w:vertAlign w:val="superscript"/>
        </w:rPr>
        <w:t>th</w:t>
      </w:r>
      <w:r w:rsidR="004824C1">
        <w:rPr>
          <w:rFonts w:ascii="Times New Roman" w:hAnsi="Times New Roman" w:cs="Times New Roman"/>
        </w:rPr>
        <w:t xml:space="preserve"> </w:t>
      </w:r>
      <w:r w:rsidRPr="00452C28">
        <w:rPr>
          <w:rFonts w:ascii="Times New Roman" w:hAnsi="Times New Roman" w:cs="Times New Roman"/>
        </w:rPr>
        <w:t xml:space="preserve">September 2023 – </w:t>
      </w:r>
      <w:r w:rsidR="008401A5">
        <w:rPr>
          <w:rFonts w:ascii="Times New Roman" w:hAnsi="Times New Roman" w:cs="Times New Roman"/>
        </w:rPr>
        <w:t>4</w:t>
      </w:r>
      <w:r w:rsidR="008401A5" w:rsidRPr="008401A5">
        <w:rPr>
          <w:rFonts w:ascii="Times New Roman" w:hAnsi="Times New Roman" w:cs="Times New Roman"/>
          <w:vertAlign w:val="superscript"/>
        </w:rPr>
        <w:t>th</w:t>
      </w:r>
      <w:r w:rsidR="008401A5">
        <w:rPr>
          <w:rFonts w:ascii="Times New Roman" w:hAnsi="Times New Roman" w:cs="Times New Roman"/>
        </w:rPr>
        <w:t xml:space="preserve"> September 2026</w:t>
      </w:r>
    </w:p>
    <w:p w14:paraId="1F805EC6" w14:textId="77777777" w:rsidR="00541B14" w:rsidRPr="00452C28" w:rsidRDefault="0095679D">
      <w:pPr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</w:rPr>
        <w:t xml:space="preserve">Adjunct Faculty (Part-time) — Department of Physical Education and Sports Science, </w:t>
      </w:r>
      <w:proofErr w:type="spellStart"/>
      <w:r w:rsidRPr="00452C28">
        <w:rPr>
          <w:rFonts w:ascii="Times New Roman" w:hAnsi="Times New Roman" w:cs="Times New Roman"/>
          <w:b/>
        </w:rPr>
        <w:t>Rabindra</w:t>
      </w:r>
      <w:proofErr w:type="spellEnd"/>
      <w:r w:rsidRPr="00452C28">
        <w:rPr>
          <w:rFonts w:ascii="Times New Roman" w:hAnsi="Times New Roman" w:cs="Times New Roman"/>
          <w:b/>
        </w:rPr>
        <w:t xml:space="preserve"> </w:t>
      </w:r>
      <w:proofErr w:type="spellStart"/>
      <w:r w:rsidRPr="00452C28">
        <w:rPr>
          <w:rFonts w:ascii="Times New Roman" w:hAnsi="Times New Roman" w:cs="Times New Roman"/>
          <w:b/>
        </w:rPr>
        <w:t>Maitree</w:t>
      </w:r>
      <w:proofErr w:type="spellEnd"/>
      <w:r w:rsidRPr="00452C28">
        <w:rPr>
          <w:rFonts w:ascii="Times New Roman" w:hAnsi="Times New Roman" w:cs="Times New Roman"/>
          <w:b/>
        </w:rPr>
        <w:t xml:space="preserve"> University, </w:t>
      </w:r>
      <w:proofErr w:type="spellStart"/>
      <w:r w:rsidRPr="00452C28">
        <w:rPr>
          <w:rFonts w:ascii="Times New Roman" w:hAnsi="Times New Roman" w:cs="Times New Roman"/>
          <w:b/>
        </w:rPr>
        <w:t>Kushtia</w:t>
      </w:r>
      <w:proofErr w:type="spellEnd"/>
      <w:r w:rsidRPr="00452C28">
        <w:rPr>
          <w:rFonts w:ascii="Times New Roman" w:hAnsi="Times New Roman" w:cs="Times New Roman"/>
        </w:rPr>
        <w:br/>
        <w:t>November 2023 – Present</w:t>
      </w:r>
    </w:p>
    <w:p w14:paraId="1AC09D63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EDUCATION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41B14" w:rsidRPr="00452C28" w14:paraId="1813785A" w14:textId="77777777">
        <w:trPr>
          <w:jc w:val="center"/>
        </w:trPr>
        <w:tc>
          <w:tcPr>
            <w:tcW w:w="2592" w:type="dxa"/>
            <w:vAlign w:val="center"/>
          </w:tcPr>
          <w:p w14:paraId="6A628F11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Degree</w:t>
            </w:r>
          </w:p>
        </w:tc>
        <w:tc>
          <w:tcPr>
            <w:tcW w:w="2592" w:type="dxa"/>
            <w:vAlign w:val="center"/>
          </w:tcPr>
          <w:p w14:paraId="6217708A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Field / Institution</w:t>
            </w:r>
          </w:p>
        </w:tc>
        <w:tc>
          <w:tcPr>
            <w:tcW w:w="2592" w:type="dxa"/>
            <w:vAlign w:val="center"/>
          </w:tcPr>
          <w:p w14:paraId="38455784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Result</w:t>
            </w:r>
          </w:p>
        </w:tc>
        <w:tc>
          <w:tcPr>
            <w:tcW w:w="2592" w:type="dxa"/>
            <w:vAlign w:val="center"/>
          </w:tcPr>
          <w:p w14:paraId="573B46AE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Year</w:t>
            </w:r>
          </w:p>
        </w:tc>
      </w:tr>
      <w:tr w:rsidR="00541B14" w:rsidRPr="00452C28" w14:paraId="222AFC76" w14:textId="77777777">
        <w:trPr>
          <w:jc w:val="center"/>
        </w:trPr>
        <w:tc>
          <w:tcPr>
            <w:tcW w:w="2592" w:type="dxa"/>
            <w:vAlign w:val="center"/>
          </w:tcPr>
          <w:p w14:paraId="3DFCC0D4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MSc</w:t>
            </w:r>
          </w:p>
        </w:tc>
        <w:tc>
          <w:tcPr>
            <w:tcW w:w="2592" w:type="dxa"/>
            <w:vAlign w:val="center"/>
          </w:tcPr>
          <w:p w14:paraId="247E5E55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Physical Education &amp; Sports Science</w:t>
            </w:r>
            <w:r w:rsidRPr="00452C28">
              <w:rPr>
                <w:rFonts w:ascii="Times New Roman" w:hAnsi="Times New Roman" w:cs="Times New Roman"/>
                <w:sz w:val="18"/>
              </w:rPr>
              <w:br/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Rajshahi</w:t>
            </w:r>
            <w:proofErr w:type="spellEnd"/>
            <w:r w:rsidRPr="00452C28">
              <w:rPr>
                <w:rFonts w:ascii="Times New Roman" w:hAnsi="Times New Roman" w:cs="Times New Roman"/>
                <w:sz w:val="18"/>
              </w:rPr>
              <w:t xml:space="preserve"> University</w:t>
            </w:r>
          </w:p>
        </w:tc>
        <w:tc>
          <w:tcPr>
            <w:tcW w:w="2592" w:type="dxa"/>
            <w:vAlign w:val="center"/>
          </w:tcPr>
          <w:p w14:paraId="1EF5AA23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GPA 3.99/4.00</w:t>
            </w:r>
          </w:p>
        </w:tc>
        <w:tc>
          <w:tcPr>
            <w:tcW w:w="2592" w:type="dxa"/>
            <w:vAlign w:val="center"/>
          </w:tcPr>
          <w:p w14:paraId="518CD096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2020</w:t>
            </w:r>
          </w:p>
        </w:tc>
      </w:tr>
      <w:tr w:rsidR="00541B14" w:rsidRPr="00452C28" w14:paraId="5625EB92" w14:textId="77777777">
        <w:trPr>
          <w:jc w:val="center"/>
        </w:trPr>
        <w:tc>
          <w:tcPr>
            <w:tcW w:w="2592" w:type="dxa"/>
            <w:vAlign w:val="center"/>
          </w:tcPr>
          <w:p w14:paraId="6623F8E8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BSc</w:t>
            </w:r>
          </w:p>
        </w:tc>
        <w:tc>
          <w:tcPr>
            <w:tcW w:w="2592" w:type="dxa"/>
            <w:vAlign w:val="center"/>
          </w:tcPr>
          <w:p w14:paraId="0D10C569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Physical Education &amp; Sports Science</w:t>
            </w:r>
            <w:r w:rsidRPr="00452C28">
              <w:rPr>
                <w:rFonts w:ascii="Times New Roman" w:hAnsi="Times New Roman" w:cs="Times New Roman"/>
                <w:sz w:val="18"/>
              </w:rPr>
              <w:br/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Rajshahi</w:t>
            </w:r>
            <w:proofErr w:type="spellEnd"/>
            <w:r w:rsidRPr="00452C28">
              <w:rPr>
                <w:rFonts w:ascii="Times New Roman" w:hAnsi="Times New Roman" w:cs="Times New Roman"/>
                <w:sz w:val="18"/>
              </w:rPr>
              <w:t xml:space="preserve"> University</w:t>
            </w:r>
          </w:p>
        </w:tc>
        <w:tc>
          <w:tcPr>
            <w:tcW w:w="2592" w:type="dxa"/>
            <w:vAlign w:val="center"/>
          </w:tcPr>
          <w:p w14:paraId="5771FA8D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CGPA 3.73/4.00</w:t>
            </w:r>
          </w:p>
        </w:tc>
        <w:tc>
          <w:tcPr>
            <w:tcW w:w="2592" w:type="dxa"/>
            <w:vAlign w:val="center"/>
          </w:tcPr>
          <w:p w14:paraId="4AA5CFE9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2019</w:t>
            </w:r>
          </w:p>
        </w:tc>
      </w:tr>
      <w:tr w:rsidR="00541B14" w:rsidRPr="00452C28" w14:paraId="3B0594AE" w14:textId="77777777">
        <w:trPr>
          <w:jc w:val="center"/>
        </w:trPr>
        <w:tc>
          <w:tcPr>
            <w:tcW w:w="2592" w:type="dxa"/>
            <w:vAlign w:val="center"/>
          </w:tcPr>
          <w:p w14:paraId="07CB1649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HSC</w:t>
            </w:r>
          </w:p>
        </w:tc>
        <w:tc>
          <w:tcPr>
            <w:tcW w:w="2592" w:type="dxa"/>
            <w:vAlign w:val="center"/>
          </w:tcPr>
          <w:p w14:paraId="1522A49F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 xml:space="preserve">Science — </w:t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Dupchanchia</w:t>
            </w:r>
            <w:proofErr w:type="spellEnd"/>
            <w:r w:rsidRPr="00452C28">
              <w:rPr>
                <w:rFonts w:ascii="Times New Roman" w:hAnsi="Times New Roman" w:cs="Times New Roman"/>
                <w:sz w:val="18"/>
              </w:rPr>
              <w:t xml:space="preserve"> J.K. Degree College, </w:t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Bogura</w:t>
            </w:r>
            <w:proofErr w:type="spellEnd"/>
          </w:p>
        </w:tc>
        <w:tc>
          <w:tcPr>
            <w:tcW w:w="2592" w:type="dxa"/>
            <w:vAlign w:val="center"/>
          </w:tcPr>
          <w:p w14:paraId="6D1220C8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GPA 4.10/5.00</w:t>
            </w:r>
          </w:p>
        </w:tc>
        <w:tc>
          <w:tcPr>
            <w:tcW w:w="2592" w:type="dxa"/>
            <w:vAlign w:val="center"/>
          </w:tcPr>
          <w:p w14:paraId="6B807B42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2014</w:t>
            </w:r>
          </w:p>
        </w:tc>
      </w:tr>
      <w:tr w:rsidR="00541B14" w:rsidRPr="00452C28" w14:paraId="7F7D1016" w14:textId="77777777">
        <w:trPr>
          <w:jc w:val="center"/>
        </w:trPr>
        <w:tc>
          <w:tcPr>
            <w:tcW w:w="2592" w:type="dxa"/>
            <w:vAlign w:val="center"/>
          </w:tcPr>
          <w:p w14:paraId="60259ADF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SSC</w:t>
            </w:r>
          </w:p>
        </w:tc>
        <w:tc>
          <w:tcPr>
            <w:tcW w:w="2592" w:type="dxa"/>
            <w:vAlign w:val="center"/>
          </w:tcPr>
          <w:p w14:paraId="1DB337AD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 xml:space="preserve">Science — </w:t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Chamrul</w:t>
            </w:r>
            <w:proofErr w:type="spellEnd"/>
            <w:r w:rsidRPr="00452C28">
              <w:rPr>
                <w:rFonts w:ascii="Times New Roman" w:hAnsi="Times New Roman" w:cs="Times New Roman"/>
                <w:sz w:val="18"/>
              </w:rPr>
              <w:t xml:space="preserve"> A. M. High School, </w:t>
            </w:r>
            <w:proofErr w:type="spellStart"/>
            <w:r w:rsidRPr="00452C28">
              <w:rPr>
                <w:rFonts w:ascii="Times New Roman" w:hAnsi="Times New Roman" w:cs="Times New Roman"/>
                <w:sz w:val="18"/>
              </w:rPr>
              <w:t>Bogura</w:t>
            </w:r>
            <w:proofErr w:type="spellEnd"/>
          </w:p>
        </w:tc>
        <w:tc>
          <w:tcPr>
            <w:tcW w:w="2592" w:type="dxa"/>
            <w:vAlign w:val="center"/>
          </w:tcPr>
          <w:p w14:paraId="7F6BB971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GPA 5.00/5.00</w:t>
            </w:r>
          </w:p>
        </w:tc>
        <w:tc>
          <w:tcPr>
            <w:tcW w:w="2592" w:type="dxa"/>
            <w:vAlign w:val="center"/>
          </w:tcPr>
          <w:p w14:paraId="62B61CD5" w14:textId="77777777" w:rsidR="00541B14" w:rsidRPr="00452C28" w:rsidRDefault="0095679D">
            <w:pPr>
              <w:spacing w:after="20"/>
              <w:rPr>
                <w:rFonts w:ascii="Times New Roman" w:hAnsi="Times New Roman" w:cs="Times New Roman"/>
              </w:rPr>
            </w:pPr>
            <w:r w:rsidRPr="00452C28">
              <w:rPr>
                <w:rFonts w:ascii="Times New Roman" w:hAnsi="Times New Roman" w:cs="Times New Roman"/>
                <w:sz w:val="18"/>
              </w:rPr>
              <w:t>2012</w:t>
            </w:r>
          </w:p>
        </w:tc>
      </w:tr>
    </w:tbl>
    <w:p w14:paraId="7BDF0DBB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RESEARCH EXPERIENCE</w:t>
      </w:r>
    </w:p>
    <w:p w14:paraId="371EB4CC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Master’s research: “Nutritional and Physical Fitness Condition of Science Faculty Students at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University: A Cross-Sectional Study.”</w:t>
      </w:r>
    </w:p>
    <w:p w14:paraId="300AC54F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Research focus included nutritional status and physical fitness assessment among university students.</w:t>
      </w:r>
    </w:p>
    <w:p w14:paraId="30EB4CEB" w14:textId="29C8C399" w:rsidR="008401A5" w:rsidRPr="008401A5" w:rsidRDefault="0095679D" w:rsidP="008401A5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Research interests include exercise physiology, performance analysis, physical fitness, and sports-related health.</w:t>
      </w:r>
    </w:p>
    <w:p w14:paraId="44167D31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SELECTED PUBLICATIONS</w:t>
      </w:r>
    </w:p>
    <w:p w14:paraId="2DCDA68E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“Nutritional and physical fitness status of school children among major ethnic and Dalit populations,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>, Bangladesh: a cross-sectional study.”</w:t>
      </w:r>
    </w:p>
    <w:p w14:paraId="45B66CEC" w14:textId="77777777" w:rsidR="007803EA" w:rsidRDefault="0095679D" w:rsidP="007803EA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“Gender specific correlations between body composition and basal metabolic rate among university students: A cross-sectional study.”</w:t>
      </w:r>
    </w:p>
    <w:p w14:paraId="045277E3" w14:textId="53678717" w:rsidR="0098437B" w:rsidRPr="007803EA" w:rsidRDefault="0098437B" w:rsidP="007803EA">
      <w:pPr>
        <w:pStyle w:val="ListBullet"/>
        <w:ind w:left="259" w:hanging="115"/>
        <w:rPr>
          <w:rFonts w:ascii="Times New Roman" w:hAnsi="Times New Roman" w:cs="Times New Roman"/>
        </w:rPr>
      </w:pPr>
      <w:r w:rsidRPr="007803EA">
        <w:rPr>
          <w:rFonts w:ascii="Times New Roman" w:hAnsi="Times New Roman" w:cs="Times New Roman"/>
        </w:rPr>
        <w:t>Correlation between Body Mass Index and Selected Physical Fitness Components among Secondary School Girls in Bangladesh</w:t>
      </w:r>
    </w:p>
    <w:p w14:paraId="2985D042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CONFERENCE &amp; ACADEMIC ENGAGEMENT</w:t>
      </w:r>
    </w:p>
    <w:p w14:paraId="0D93310C" w14:textId="77777777" w:rsidR="00541B14" w:rsidRPr="00452C28" w:rsidRDefault="0095679D" w:rsidP="00E2590E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Presented research papers at three international conferences in India:</w:t>
      </w:r>
    </w:p>
    <w:p w14:paraId="62CD4E42" w14:textId="77777777" w:rsidR="00541B14" w:rsidRPr="00452C28" w:rsidRDefault="0095679D" w:rsidP="00D752E0">
      <w:pPr>
        <w:pStyle w:val="ListBullet"/>
        <w:numPr>
          <w:ilvl w:val="0"/>
          <w:numId w:val="10"/>
        </w:numPr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Sikkim </w:t>
      </w:r>
      <w:proofErr w:type="spellStart"/>
      <w:r w:rsidRPr="00452C28">
        <w:rPr>
          <w:rFonts w:ascii="Times New Roman" w:hAnsi="Times New Roman" w:cs="Times New Roman"/>
        </w:rPr>
        <w:t>Manipal</w:t>
      </w:r>
      <w:proofErr w:type="spellEnd"/>
      <w:r w:rsidRPr="00452C28">
        <w:rPr>
          <w:rFonts w:ascii="Times New Roman" w:hAnsi="Times New Roman" w:cs="Times New Roman"/>
        </w:rPr>
        <w:t xml:space="preserve"> Institute of Technology, Sikkim — 24–27 February 2023.</w:t>
      </w:r>
    </w:p>
    <w:p w14:paraId="79401CF4" w14:textId="77777777" w:rsidR="00541B14" w:rsidRPr="00452C28" w:rsidRDefault="0095679D" w:rsidP="00D752E0">
      <w:pPr>
        <w:pStyle w:val="ListBullet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452C28">
        <w:rPr>
          <w:rFonts w:ascii="Times New Roman" w:hAnsi="Times New Roman" w:cs="Times New Roman"/>
        </w:rPr>
        <w:t>Kandra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Radha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Kanta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Kundu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Mahavidyalaya</w:t>
      </w:r>
      <w:proofErr w:type="spellEnd"/>
      <w:r w:rsidRPr="00452C28">
        <w:rPr>
          <w:rFonts w:ascii="Times New Roman" w:hAnsi="Times New Roman" w:cs="Times New Roman"/>
        </w:rPr>
        <w:t xml:space="preserve">, </w:t>
      </w:r>
      <w:proofErr w:type="spellStart"/>
      <w:r w:rsidRPr="00452C28">
        <w:rPr>
          <w:rFonts w:ascii="Times New Roman" w:hAnsi="Times New Roman" w:cs="Times New Roman"/>
        </w:rPr>
        <w:t>Bardhaman</w:t>
      </w:r>
      <w:proofErr w:type="spellEnd"/>
      <w:r w:rsidRPr="00452C28">
        <w:rPr>
          <w:rFonts w:ascii="Times New Roman" w:hAnsi="Times New Roman" w:cs="Times New Roman"/>
        </w:rPr>
        <w:t xml:space="preserve"> — 4 March 2023.</w:t>
      </w:r>
    </w:p>
    <w:p w14:paraId="2BA3BAD2" w14:textId="77777777" w:rsidR="00541B14" w:rsidRPr="00452C28" w:rsidRDefault="0095679D" w:rsidP="00D752E0">
      <w:pPr>
        <w:pStyle w:val="ListBullet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452C28">
        <w:rPr>
          <w:rFonts w:ascii="Times New Roman" w:hAnsi="Times New Roman" w:cs="Times New Roman"/>
        </w:rPr>
        <w:t>Gushkara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Mohavidalaya</w:t>
      </w:r>
      <w:proofErr w:type="spellEnd"/>
      <w:r w:rsidRPr="00452C28">
        <w:rPr>
          <w:rFonts w:ascii="Times New Roman" w:hAnsi="Times New Roman" w:cs="Times New Roman"/>
        </w:rPr>
        <w:t xml:space="preserve">, </w:t>
      </w:r>
      <w:proofErr w:type="spellStart"/>
      <w:r w:rsidRPr="00452C28">
        <w:rPr>
          <w:rFonts w:ascii="Times New Roman" w:hAnsi="Times New Roman" w:cs="Times New Roman"/>
        </w:rPr>
        <w:t>Purba</w:t>
      </w:r>
      <w:proofErr w:type="spellEnd"/>
      <w:r w:rsidRPr="00452C28">
        <w:rPr>
          <w:rFonts w:ascii="Times New Roman" w:hAnsi="Times New Roman" w:cs="Times New Roman"/>
        </w:rPr>
        <w:t xml:space="preserve"> </w:t>
      </w:r>
      <w:proofErr w:type="spellStart"/>
      <w:r w:rsidRPr="00452C28">
        <w:rPr>
          <w:rFonts w:ascii="Times New Roman" w:hAnsi="Times New Roman" w:cs="Times New Roman"/>
        </w:rPr>
        <w:t>Bardhaman</w:t>
      </w:r>
      <w:proofErr w:type="spellEnd"/>
      <w:r w:rsidRPr="00452C28">
        <w:rPr>
          <w:rFonts w:ascii="Times New Roman" w:hAnsi="Times New Roman" w:cs="Times New Roman"/>
        </w:rPr>
        <w:t xml:space="preserve"> — 5–6 March 2023.</w:t>
      </w:r>
    </w:p>
    <w:p w14:paraId="4342DFA2" w14:textId="77777777" w:rsidR="00541B14" w:rsidRPr="00452C28" w:rsidRDefault="0095679D" w:rsidP="00D752E0">
      <w:pPr>
        <w:pStyle w:val="ListBullet"/>
        <w:numPr>
          <w:ilvl w:val="0"/>
          <w:numId w:val="10"/>
        </w:numPr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Participated in departmental academic and social activities, including picnic and function organization.</w:t>
      </w:r>
    </w:p>
    <w:p w14:paraId="778A1F6B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AWARDS &amp; DISTINCTIONS</w:t>
      </w:r>
    </w:p>
    <w:p w14:paraId="08E43659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Result Excellence Dean’s Award, Science Faculty,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University — awarded 9 November 2021 for academic performance in 2019.</w:t>
      </w:r>
    </w:p>
    <w:p w14:paraId="3605AC28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PROFESSIONAL TRAINING</w:t>
      </w:r>
    </w:p>
    <w:p w14:paraId="12AA3A60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MS Office — 360-hour training, Padma Management and Technical Institute,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— 2020; Result: A+.</w:t>
      </w:r>
    </w:p>
    <w:p w14:paraId="278E1F10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ADDITIONAL ACTIVITIES</w:t>
      </w:r>
    </w:p>
    <w:p w14:paraId="124A6668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 xml:space="preserve">BNCC Cadet, Naval Wing,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University Unit; participated in annual camping at </w:t>
      </w:r>
      <w:proofErr w:type="spellStart"/>
      <w:r w:rsidRPr="00452C28">
        <w:rPr>
          <w:rFonts w:ascii="Times New Roman" w:hAnsi="Times New Roman" w:cs="Times New Roman"/>
        </w:rPr>
        <w:t>Gopalganj</w:t>
      </w:r>
      <w:proofErr w:type="spellEnd"/>
      <w:r w:rsidRPr="00452C28">
        <w:rPr>
          <w:rFonts w:ascii="Times New Roman" w:hAnsi="Times New Roman" w:cs="Times New Roman"/>
        </w:rPr>
        <w:t xml:space="preserve"> in January 2018.</w:t>
      </w:r>
    </w:p>
    <w:p w14:paraId="4B476318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Member, 6th Sense — organization working against child abuse.</w:t>
      </w:r>
    </w:p>
    <w:p w14:paraId="0CB17C38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Cricket specialization: Off-spin bowling.</w:t>
      </w:r>
    </w:p>
    <w:p w14:paraId="0FF7246C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LANGUAGE PROFICIENCY</w:t>
      </w:r>
    </w:p>
    <w:p w14:paraId="173CFFEE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Bengali — High proficiency in reading, writing and speaking.</w:t>
      </w:r>
    </w:p>
    <w:p w14:paraId="1A3305E2" w14:textId="77777777" w:rsidR="00541B14" w:rsidRPr="00452C28" w:rsidRDefault="0095679D">
      <w:pPr>
        <w:pStyle w:val="ListBullet"/>
        <w:ind w:left="259" w:hanging="115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</w:rPr>
        <w:t>English — High proficiency in reading, writing and speaking.</w:t>
      </w:r>
    </w:p>
    <w:p w14:paraId="32758053" w14:textId="77777777" w:rsidR="00541B14" w:rsidRPr="00452C28" w:rsidRDefault="0095679D">
      <w:pPr>
        <w:pBdr>
          <w:bottom w:val="single" w:sz="6" w:space="1" w:color="auto"/>
        </w:pBdr>
        <w:spacing w:before="14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  <w:sz w:val="22"/>
        </w:rPr>
        <w:t>REFERENCES</w:t>
      </w:r>
    </w:p>
    <w:p w14:paraId="60C8C618" w14:textId="77777777" w:rsidR="00541B14" w:rsidRPr="00452C28" w:rsidRDefault="0095679D">
      <w:pPr>
        <w:spacing w:after="8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</w:rPr>
        <w:t xml:space="preserve">Dr. M. </w:t>
      </w:r>
      <w:proofErr w:type="spellStart"/>
      <w:r w:rsidRPr="00452C28">
        <w:rPr>
          <w:rFonts w:ascii="Times New Roman" w:hAnsi="Times New Roman" w:cs="Times New Roman"/>
          <w:b/>
        </w:rPr>
        <w:t>Shahidul</w:t>
      </w:r>
      <w:proofErr w:type="spellEnd"/>
      <w:r w:rsidRPr="00452C28">
        <w:rPr>
          <w:rFonts w:ascii="Times New Roman" w:hAnsi="Times New Roman" w:cs="Times New Roman"/>
          <w:b/>
        </w:rPr>
        <w:t xml:space="preserve"> </w:t>
      </w:r>
      <w:proofErr w:type="spellStart"/>
      <w:r w:rsidRPr="00452C28">
        <w:rPr>
          <w:rFonts w:ascii="Times New Roman" w:hAnsi="Times New Roman" w:cs="Times New Roman"/>
          <w:b/>
        </w:rPr>
        <w:t>Alam</w:t>
      </w:r>
      <w:proofErr w:type="spellEnd"/>
      <w:r w:rsidRPr="00452C28">
        <w:rPr>
          <w:rFonts w:ascii="Times New Roman" w:hAnsi="Times New Roman" w:cs="Times New Roman"/>
          <w:b/>
        </w:rPr>
        <w:t xml:space="preserve"> — </w:t>
      </w:r>
      <w:r w:rsidRPr="00452C28">
        <w:rPr>
          <w:rFonts w:ascii="Times New Roman" w:hAnsi="Times New Roman" w:cs="Times New Roman"/>
        </w:rPr>
        <w:t xml:space="preserve">Professor, Department of Botany,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University,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br/>
        <w:t>+880 1715138818  •  sarubot61@gmail.com</w:t>
      </w:r>
    </w:p>
    <w:p w14:paraId="11646DAC" w14:textId="77777777" w:rsidR="00541B14" w:rsidRPr="00452C28" w:rsidRDefault="0095679D">
      <w:pPr>
        <w:spacing w:after="80"/>
        <w:rPr>
          <w:rFonts w:ascii="Times New Roman" w:hAnsi="Times New Roman" w:cs="Times New Roman"/>
        </w:rPr>
      </w:pPr>
      <w:r w:rsidRPr="00452C28">
        <w:rPr>
          <w:rFonts w:ascii="Times New Roman" w:hAnsi="Times New Roman" w:cs="Times New Roman"/>
          <w:b/>
        </w:rPr>
        <w:t xml:space="preserve">Dr. Kamal Krishna Biswas — </w:t>
      </w:r>
      <w:r w:rsidRPr="00452C28">
        <w:rPr>
          <w:rFonts w:ascii="Times New Roman" w:hAnsi="Times New Roman" w:cs="Times New Roman"/>
        </w:rPr>
        <w:t xml:space="preserve">Professor, Department of Biochemistry and Molecular Biology,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t xml:space="preserve"> University, </w:t>
      </w:r>
      <w:proofErr w:type="spellStart"/>
      <w:r w:rsidRPr="00452C28">
        <w:rPr>
          <w:rFonts w:ascii="Times New Roman" w:hAnsi="Times New Roman" w:cs="Times New Roman"/>
        </w:rPr>
        <w:t>Rajshahi</w:t>
      </w:r>
      <w:proofErr w:type="spellEnd"/>
      <w:r w:rsidRPr="00452C28">
        <w:rPr>
          <w:rFonts w:ascii="Times New Roman" w:hAnsi="Times New Roman" w:cs="Times New Roman"/>
        </w:rPr>
        <w:br/>
        <w:t>+880 1741070992  •  kkbiswasbio@gmail.com</w:t>
      </w:r>
    </w:p>
    <w:sectPr w:rsidR="00541B14" w:rsidRPr="00452C28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24F8D" w14:textId="77777777" w:rsidR="0095679D" w:rsidRDefault="0095679D">
      <w:pPr>
        <w:spacing w:after="0" w:line="240" w:lineRule="auto"/>
      </w:pPr>
      <w:r>
        <w:separator/>
      </w:r>
    </w:p>
  </w:endnote>
  <w:endnote w:type="continuationSeparator" w:id="0">
    <w:p w14:paraId="346879E7" w14:textId="77777777" w:rsidR="0095679D" w:rsidRDefault="00956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90E73" w14:textId="77777777" w:rsidR="00541B14" w:rsidRDefault="0095679D">
    <w:pPr>
      <w:pStyle w:val="Footer"/>
      <w:jc w:val="center"/>
    </w:pPr>
    <w:r>
      <w:rPr>
        <w:sz w:val="16"/>
      </w:rPr>
      <w:t>Md. Masud Rana  |  Academic CV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A9E1" w14:textId="77777777" w:rsidR="0095679D" w:rsidRDefault="0095679D">
      <w:pPr>
        <w:spacing w:after="0" w:line="240" w:lineRule="auto"/>
      </w:pPr>
      <w:r>
        <w:separator/>
      </w:r>
    </w:p>
  </w:footnote>
  <w:footnote w:type="continuationSeparator" w:id="0">
    <w:p w14:paraId="1C4C1A05" w14:textId="77777777" w:rsidR="0095679D" w:rsidRDefault="00956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8721DD"/>
    <w:multiLevelType w:val="hybridMultilevel"/>
    <w:tmpl w:val="B8CAD72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372215">
    <w:abstractNumId w:val="8"/>
  </w:num>
  <w:num w:numId="2" w16cid:durableId="771706206">
    <w:abstractNumId w:val="6"/>
  </w:num>
  <w:num w:numId="3" w16cid:durableId="1623614797">
    <w:abstractNumId w:val="5"/>
  </w:num>
  <w:num w:numId="4" w16cid:durableId="1646399343">
    <w:abstractNumId w:val="4"/>
  </w:num>
  <w:num w:numId="5" w16cid:durableId="2063824124">
    <w:abstractNumId w:val="7"/>
  </w:num>
  <w:num w:numId="6" w16cid:durableId="1645087882">
    <w:abstractNumId w:val="3"/>
  </w:num>
  <w:num w:numId="7" w16cid:durableId="825827634">
    <w:abstractNumId w:val="2"/>
  </w:num>
  <w:num w:numId="8" w16cid:durableId="1287005316">
    <w:abstractNumId w:val="1"/>
  </w:num>
  <w:num w:numId="9" w16cid:durableId="53160137">
    <w:abstractNumId w:val="0"/>
  </w:num>
  <w:num w:numId="10" w16cid:durableId="1943300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57A"/>
    <w:rsid w:val="0011569A"/>
    <w:rsid w:val="0015074B"/>
    <w:rsid w:val="00294EF4"/>
    <w:rsid w:val="0029639D"/>
    <w:rsid w:val="00326F90"/>
    <w:rsid w:val="00452C28"/>
    <w:rsid w:val="004824C1"/>
    <w:rsid w:val="00541B14"/>
    <w:rsid w:val="006305A7"/>
    <w:rsid w:val="00677C25"/>
    <w:rsid w:val="007803EA"/>
    <w:rsid w:val="00792B9B"/>
    <w:rsid w:val="00806F29"/>
    <w:rsid w:val="008401A5"/>
    <w:rsid w:val="0095679D"/>
    <w:rsid w:val="0098437B"/>
    <w:rsid w:val="00AA1D8D"/>
    <w:rsid w:val="00B47730"/>
    <w:rsid w:val="00BE472A"/>
    <w:rsid w:val="00CB0664"/>
    <w:rsid w:val="00D62583"/>
    <w:rsid w:val="00D752E0"/>
    <w:rsid w:val="00D84608"/>
    <w:rsid w:val="00DF18E5"/>
    <w:rsid w:val="00E2590E"/>
    <w:rsid w:val="00FC693F"/>
    <w:rsid w:val="00F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A24D9"/>
  <w14:defaultImageDpi w14:val="300"/>
  <w15:docId w15:val="{04B125BB-9BBC-044B-A996-28671316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Md. Masud Rana</cp:lastModifiedBy>
  <cp:revision>2</cp:revision>
  <dcterms:created xsi:type="dcterms:W3CDTF">2026-10-27T03:27:00Z</dcterms:created>
  <dcterms:modified xsi:type="dcterms:W3CDTF">2026-10-27T03:27:00Z</dcterms:modified>
  <cp:category/>
</cp:coreProperties>
</file>